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6EBA" w14:textId="77777777" w:rsidR="00CA2FB2" w:rsidRPr="00361352" w:rsidRDefault="00000000">
      <w:pPr>
        <w:jc w:val="center"/>
        <w:rPr>
          <w:rFonts w:ascii="Calibri" w:hAnsi="Calibri" w:cs="Calibri"/>
        </w:rPr>
      </w:pPr>
      <w:r w:rsidRPr="00361352">
        <w:rPr>
          <w:rFonts w:ascii="Calibri" w:hAnsi="Calibri" w:cs="Calibri"/>
          <w:b/>
          <w:sz w:val="32"/>
        </w:rPr>
        <w:t>DAROVACÍ SMLOUVA</w:t>
      </w:r>
    </w:p>
    <w:p w14:paraId="3783AD89" w14:textId="77777777" w:rsidR="00CA2FB2" w:rsidRPr="00361352" w:rsidRDefault="00000000">
      <w:pPr>
        <w:jc w:val="center"/>
        <w:rPr>
          <w:rFonts w:ascii="Calibri" w:hAnsi="Calibri" w:cs="Calibri"/>
        </w:rPr>
      </w:pPr>
      <w:r w:rsidRPr="00361352">
        <w:rPr>
          <w:rFonts w:ascii="Calibri" w:hAnsi="Calibri" w:cs="Calibri"/>
          <w:i/>
          <w:sz w:val="19"/>
        </w:rPr>
        <w:t>uzavřená podle § 2055 a násl. zákona č. 89/2012 Sb., občanský zákoník, ve znění pozdějších předpisů</w:t>
      </w:r>
    </w:p>
    <w:p w14:paraId="51A5440C" w14:textId="77777777" w:rsidR="00CA2FB2" w:rsidRPr="00361352" w:rsidRDefault="00CA2FB2">
      <w:pPr>
        <w:rPr>
          <w:rFonts w:ascii="Calibri" w:hAnsi="Calibri" w:cs="Calibri"/>
        </w:rPr>
      </w:pPr>
    </w:p>
    <w:p w14:paraId="4C30740C" w14:textId="77777777" w:rsidR="00CA2FB2" w:rsidRPr="00361352" w:rsidRDefault="00000000" w:rsidP="00361352">
      <w:pPr>
        <w:pStyle w:val="Heading1"/>
        <w:jc w:val="center"/>
        <w:rPr>
          <w:rFonts w:ascii="Calibri" w:hAnsi="Calibri" w:cs="Calibri"/>
          <w:color w:val="auto"/>
        </w:rPr>
      </w:pPr>
      <w:r w:rsidRPr="00361352">
        <w:rPr>
          <w:rFonts w:ascii="Calibri" w:hAnsi="Calibri" w:cs="Calibri"/>
          <w:color w:val="auto"/>
        </w:rPr>
        <w:t>I. Smluvní strany</w:t>
      </w:r>
    </w:p>
    <w:p w14:paraId="79E0DB94" w14:textId="715137B0" w:rsidR="00CA2FB2" w:rsidRPr="008D167E" w:rsidRDefault="00000000">
      <w:pPr>
        <w:rPr>
          <w:rFonts w:ascii="Calibri" w:hAnsi="Calibri" w:cs="Calibri"/>
          <w:bCs/>
          <w:lang w:val="cs-CZ"/>
        </w:rPr>
      </w:pPr>
      <w:r w:rsidRPr="00361352">
        <w:rPr>
          <w:rFonts w:ascii="Calibri" w:hAnsi="Calibri" w:cs="Calibri"/>
          <w:b/>
        </w:rPr>
        <w:t xml:space="preserve">1. </w:t>
      </w:r>
      <w:proofErr w:type="spellStart"/>
      <w:r w:rsidRPr="00361352">
        <w:rPr>
          <w:rFonts w:ascii="Calibri" w:hAnsi="Calibri" w:cs="Calibri"/>
          <w:b/>
        </w:rPr>
        <w:t>Dárce</w:t>
      </w:r>
      <w:proofErr w:type="spellEnd"/>
      <w:r w:rsidRPr="00361352">
        <w:rPr>
          <w:rFonts w:ascii="Calibri" w:hAnsi="Calibri" w:cs="Calibri"/>
          <w:b/>
        </w:rPr>
        <w:br/>
      </w:r>
      <w:r w:rsidR="008D167E" w:rsidRPr="008D167E">
        <w:rPr>
          <w:rFonts w:ascii="Calibri" w:hAnsi="Calibri" w:cs="Calibri"/>
          <w:bCs/>
          <w:lang w:val="cs-CZ"/>
        </w:rPr>
        <w:t>Jméno a př</w:t>
      </w:r>
      <w:r w:rsidR="008D167E">
        <w:rPr>
          <w:rFonts w:ascii="Calibri" w:hAnsi="Calibri" w:cs="Calibri"/>
          <w:bCs/>
          <w:lang w:val="cs-CZ"/>
        </w:rPr>
        <w:t>í</w:t>
      </w:r>
      <w:r w:rsidR="008D167E" w:rsidRPr="008D167E">
        <w:rPr>
          <w:rFonts w:ascii="Calibri" w:hAnsi="Calibri" w:cs="Calibri"/>
          <w:bCs/>
          <w:lang w:val="cs-CZ"/>
        </w:rPr>
        <w:t xml:space="preserve">jmení: </w:t>
      </w:r>
      <w:r w:rsidRPr="008D167E">
        <w:rPr>
          <w:rFonts w:ascii="Calibri" w:hAnsi="Calibri" w:cs="Calibri"/>
          <w:bCs/>
          <w:lang w:val="cs-CZ"/>
        </w:rPr>
        <w:t xml:space="preserve"> </w:t>
      </w:r>
      <w:r w:rsidRPr="008D167E">
        <w:rPr>
          <w:rFonts w:ascii="Calibri" w:hAnsi="Calibri" w:cs="Calibri"/>
          <w:bCs/>
          <w:lang w:val="cs-CZ"/>
        </w:rPr>
        <w:br/>
      </w:r>
      <w:r w:rsidR="008D167E" w:rsidRPr="008D167E">
        <w:rPr>
          <w:rFonts w:ascii="Calibri" w:hAnsi="Calibri" w:cs="Calibri"/>
          <w:bCs/>
          <w:lang w:val="cs-CZ"/>
        </w:rPr>
        <w:t xml:space="preserve">Datum narození: </w:t>
      </w:r>
      <w:r w:rsidRPr="008D167E">
        <w:rPr>
          <w:rFonts w:ascii="Calibri" w:hAnsi="Calibri" w:cs="Calibri"/>
          <w:bCs/>
          <w:lang w:val="cs-CZ"/>
        </w:rPr>
        <w:t xml:space="preserve"> </w:t>
      </w:r>
      <w:r w:rsidRPr="008D167E">
        <w:rPr>
          <w:rFonts w:ascii="Calibri" w:hAnsi="Calibri" w:cs="Calibri"/>
          <w:bCs/>
          <w:lang w:val="cs-CZ"/>
        </w:rPr>
        <w:br/>
      </w:r>
      <w:r w:rsidR="008D167E" w:rsidRPr="008D167E">
        <w:rPr>
          <w:rFonts w:ascii="Calibri" w:hAnsi="Calibri" w:cs="Calibri"/>
          <w:bCs/>
          <w:lang w:val="cs-CZ"/>
        </w:rPr>
        <w:t xml:space="preserve">Adresa bydliště: </w:t>
      </w:r>
      <w:r w:rsidRPr="008D167E">
        <w:rPr>
          <w:rFonts w:ascii="Calibri" w:hAnsi="Calibri" w:cs="Calibri"/>
          <w:b/>
          <w:lang w:val="cs-CZ"/>
        </w:rPr>
        <w:t xml:space="preserve"> </w:t>
      </w:r>
      <w:r w:rsidR="00361352" w:rsidRPr="008D167E">
        <w:rPr>
          <w:rFonts w:ascii="Calibri" w:hAnsi="Calibri" w:cs="Calibri"/>
          <w:b/>
          <w:lang w:val="cs-CZ"/>
        </w:rPr>
        <w:br/>
      </w:r>
      <w:r w:rsidRPr="008D167E">
        <w:rPr>
          <w:rFonts w:ascii="Calibri" w:hAnsi="Calibri" w:cs="Calibri"/>
          <w:lang w:val="cs-CZ"/>
        </w:rPr>
        <w:t>dále jen „</w:t>
      </w:r>
      <w:proofErr w:type="gramStart"/>
      <w:r w:rsidRPr="008D167E">
        <w:rPr>
          <w:rFonts w:ascii="Calibri" w:hAnsi="Calibri" w:cs="Calibri"/>
          <w:lang w:val="cs-CZ"/>
        </w:rPr>
        <w:t>Dárce“</w:t>
      </w:r>
      <w:proofErr w:type="gramEnd"/>
    </w:p>
    <w:p w14:paraId="4254BA32" w14:textId="043771BF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>2. Obdarovaný</w:t>
      </w:r>
      <w:r w:rsidRPr="00361352">
        <w:rPr>
          <w:rFonts w:ascii="Calibri" w:hAnsi="Calibri" w:cs="Calibri"/>
          <w:b/>
        </w:rPr>
        <w:br/>
      </w:r>
      <w:r w:rsidRPr="00DF3EC8">
        <w:rPr>
          <w:rFonts w:ascii="Calibri" w:hAnsi="Calibri" w:cs="Calibri"/>
        </w:rPr>
        <w:t>Romodrom, o.p.s.</w:t>
      </w:r>
      <w:r w:rsidRPr="00DF3EC8">
        <w:rPr>
          <w:rFonts w:ascii="Calibri" w:hAnsi="Calibri" w:cs="Calibri"/>
        </w:rPr>
        <w:br/>
        <w:t>se sídlem: Rybná 716/24, Staré Město, 110 00 Praha 1</w:t>
      </w:r>
      <w:r w:rsidRPr="00DF3EC8">
        <w:rPr>
          <w:rFonts w:ascii="Calibri" w:hAnsi="Calibri" w:cs="Calibri"/>
        </w:rPr>
        <w:br/>
        <w:t>IČO: 265 37 036</w:t>
      </w:r>
      <w:r w:rsidRPr="00DF3EC8">
        <w:rPr>
          <w:rFonts w:ascii="Calibri" w:hAnsi="Calibri" w:cs="Calibri"/>
        </w:rPr>
        <w:br/>
      </w:r>
      <w:proofErr w:type="spellStart"/>
      <w:r w:rsidRPr="00DF3EC8">
        <w:rPr>
          <w:rFonts w:ascii="Calibri" w:hAnsi="Calibri" w:cs="Calibri"/>
        </w:rPr>
        <w:t>zastoupený</w:t>
      </w:r>
      <w:proofErr w:type="spellEnd"/>
      <w:r w:rsidRPr="00DF3EC8">
        <w:rPr>
          <w:rFonts w:ascii="Calibri" w:hAnsi="Calibri" w:cs="Calibri"/>
        </w:rPr>
        <w:t xml:space="preserve">: </w:t>
      </w:r>
      <w:proofErr w:type="spellStart"/>
      <w:r w:rsidRPr="00DF3EC8">
        <w:rPr>
          <w:rFonts w:ascii="Calibri" w:hAnsi="Calibri" w:cs="Calibri"/>
        </w:rPr>
        <w:t>Nikolou</w:t>
      </w:r>
      <w:proofErr w:type="spellEnd"/>
      <w:r w:rsidRPr="00DF3EC8">
        <w:rPr>
          <w:rFonts w:ascii="Calibri" w:hAnsi="Calibri" w:cs="Calibri"/>
        </w:rPr>
        <w:t xml:space="preserve"> Taragošem, </w:t>
      </w:r>
      <w:proofErr w:type="spellStart"/>
      <w:r w:rsidR="008D167E">
        <w:rPr>
          <w:rFonts w:ascii="Calibri" w:hAnsi="Calibri" w:cs="Calibri"/>
        </w:rPr>
        <w:t>ředitelem</w:t>
      </w:r>
      <w:proofErr w:type="spellEnd"/>
      <w:r w:rsidRPr="00DF3EC8">
        <w:rPr>
          <w:rFonts w:ascii="Calibri" w:hAnsi="Calibri" w:cs="Calibri"/>
        </w:rPr>
        <w:br/>
      </w:r>
      <w:proofErr w:type="spellStart"/>
      <w:r w:rsidRPr="00DF3EC8">
        <w:rPr>
          <w:rFonts w:ascii="Calibri" w:hAnsi="Calibri" w:cs="Calibri"/>
        </w:rPr>
        <w:t>bankovní</w:t>
      </w:r>
      <w:proofErr w:type="spellEnd"/>
      <w:r w:rsidRPr="00DF3EC8">
        <w:rPr>
          <w:rFonts w:ascii="Calibri" w:hAnsi="Calibri" w:cs="Calibri"/>
        </w:rPr>
        <w:t xml:space="preserve"> </w:t>
      </w:r>
      <w:proofErr w:type="spellStart"/>
      <w:r w:rsidRPr="00DF3EC8">
        <w:rPr>
          <w:rFonts w:ascii="Calibri" w:hAnsi="Calibri" w:cs="Calibri"/>
        </w:rPr>
        <w:t>spojení</w:t>
      </w:r>
      <w:proofErr w:type="spellEnd"/>
      <w:r w:rsidRPr="00DF3EC8">
        <w:rPr>
          <w:rFonts w:ascii="Calibri" w:hAnsi="Calibri" w:cs="Calibri"/>
        </w:rPr>
        <w:t>: Česká</w:t>
      </w:r>
      <w:r w:rsidRPr="00361352">
        <w:rPr>
          <w:rFonts w:ascii="Calibri" w:hAnsi="Calibri" w:cs="Calibri"/>
        </w:rPr>
        <w:t xml:space="preserve"> spořitelna, a. s</w:t>
      </w:r>
      <w:r w:rsidRPr="008D167E">
        <w:rPr>
          <w:rFonts w:ascii="Calibri" w:hAnsi="Calibri" w:cs="Calibri"/>
        </w:rPr>
        <w:t>., č. ú. 293185319/0800</w:t>
      </w:r>
      <w:r w:rsidRPr="00361352">
        <w:rPr>
          <w:rFonts w:ascii="Calibri" w:hAnsi="Calibri" w:cs="Calibri"/>
        </w:rPr>
        <w:br/>
        <w:t>dále jen „</w:t>
      </w:r>
      <w:proofErr w:type="gramStart"/>
      <w:r w:rsidRPr="00361352">
        <w:rPr>
          <w:rFonts w:ascii="Calibri" w:hAnsi="Calibri" w:cs="Calibri"/>
        </w:rPr>
        <w:t>Obdarovaný“</w:t>
      </w:r>
      <w:proofErr w:type="gramEnd"/>
    </w:p>
    <w:p w14:paraId="4777ECB3" w14:textId="77777777" w:rsidR="00CA2FB2" w:rsidRPr="00361352" w:rsidRDefault="00000000" w:rsidP="00361352">
      <w:pPr>
        <w:pStyle w:val="Heading1"/>
        <w:jc w:val="center"/>
        <w:rPr>
          <w:rFonts w:ascii="Calibri" w:hAnsi="Calibri" w:cs="Calibri"/>
          <w:color w:val="auto"/>
        </w:rPr>
      </w:pPr>
      <w:r w:rsidRPr="00361352">
        <w:rPr>
          <w:rFonts w:ascii="Calibri" w:hAnsi="Calibri" w:cs="Calibri"/>
          <w:color w:val="auto"/>
        </w:rPr>
        <w:t>II. Předmět smlouvy</w:t>
      </w:r>
    </w:p>
    <w:p w14:paraId="5EC07561" w14:textId="77777777" w:rsidR="00CA2FB2" w:rsidRPr="00DF3EC8" w:rsidRDefault="00000000">
      <w:pPr>
        <w:rPr>
          <w:rFonts w:ascii="Calibri" w:hAnsi="Calibri" w:cs="Calibri"/>
          <w:bCs/>
        </w:rPr>
      </w:pPr>
      <w:r w:rsidRPr="00361352">
        <w:rPr>
          <w:rFonts w:ascii="Calibri" w:hAnsi="Calibri" w:cs="Calibri"/>
          <w:b/>
        </w:rPr>
        <w:t xml:space="preserve">1. </w:t>
      </w:r>
      <w:r w:rsidRPr="00361352">
        <w:rPr>
          <w:rFonts w:ascii="Calibri" w:hAnsi="Calibri" w:cs="Calibri"/>
        </w:rPr>
        <w:t xml:space="preserve">Dárce touto smlouvou bezplatně poskytuje Obdarovanému peněžitý dar ve výši </w:t>
      </w:r>
      <w:r w:rsidRPr="00DF3EC8">
        <w:rPr>
          <w:rFonts w:ascii="Calibri" w:hAnsi="Calibri" w:cs="Calibri"/>
          <w:bCs/>
        </w:rPr>
        <w:t>…………………… Kč (slovy: ………………………………………………………………… korun českých).</w:t>
      </w:r>
    </w:p>
    <w:p w14:paraId="1863E8BA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2. </w:t>
      </w:r>
      <w:r w:rsidRPr="00361352">
        <w:rPr>
          <w:rFonts w:ascii="Calibri" w:hAnsi="Calibri" w:cs="Calibri"/>
        </w:rPr>
        <w:t>Obdarovaný tento dar přijímá.</w:t>
      </w:r>
    </w:p>
    <w:p w14:paraId="4BE3DCEB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3. </w:t>
      </w:r>
      <w:r w:rsidRPr="00361352">
        <w:rPr>
          <w:rFonts w:ascii="Calibri" w:hAnsi="Calibri" w:cs="Calibri"/>
        </w:rPr>
        <w:t xml:space="preserve">Dar bude poskytnut bezhotovostním převodem na bankovní účet Obdarovaného uvedený v čl. I této smlouvy, a to nejpozději do </w:t>
      </w:r>
      <w:r w:rsidRPr="00361352">
        <w:rPr>
          <w:rFonts w:ascii="Calibri" w:hAnsi="Calibri" w:cs="Calibri"/>
          <w:b/>
        </w:rPr>
        <w:t>……………………</w:t>
      </w:r>
      <w:r w:rsidRPr="00361352">
        <w:rPr>
          <w:rFonts w:ascii="Calibri" w:hAnsi="Calibri" w:cs="Calibri"/>
        </w:rPr>
        <w:t>. Za den poskytnutí daru se považuje den jeho připsání na účet Obdarovaného.</w:t>
      </w:r>
    </w:p>
    <w:p w14:paraId="7F9F09CB" w14:textId="77777777" w:rsidR="00CA2FB2" w:rsidRPr="00361352" w:rsidRDefault="00000000" w:rsidP="00361352">
      <w:pPr>
        <w:pStyle w:val="Heading1"/>
        <w:jc w:val="center"/>
        <w:rPr>
          <w:rFonts w:ascii="Calibri" w:hAnsi="Calibri" w:cs="Calibri"/>
          <w:color w:val="auto"/>
        </w:rPr>
      </w:pPr>
      <w:r w:rsidRPr="00361352">
        <w:rPr>
          <w:rFonts w:ascii="Calibri" w:hAnsi="Calibri" w:cs="Calibri"/>
          <w:color w:val="auto"/>
        </w:rPr>
        <w:t>III. Účel daru</w:t>
      </w:r>
    </w:p>
    <w:p w14:paraId="1347BC91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1. </w:t>
      </w:r>
      <w:r w:rsidRPr="00361352">
        <w:rPr>
          <w:rFonts w:ascii="Calibri" w:hAnsi="Calibri" w:cs="Calibri"/>
        </w:rPr>
        <w:t>Dárce poskytuje dar za účelem podpory činnosti Obdarovaného, zejména k naplňování jeho poslání a veřejně prospěšných aktivit. Dar není vázán na poskytnutí žádného protiplnění ze strany Obdarovaného.</w:t>
      </w:r>
    </w:p>
    <w:p w14:paraId="4219B80E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2. </w:t>
      </w:r>
      <w:r w:rsidRPr="00361352">
        <w:rPr>
          <w:rFonts w:ascii="Calibri" w:hAnsi="Calibri" w:cs="Calibri"/>
        </w:rPr>
        <w:t>Obdarovaný se zavazuje použít dar v souladu s účelem uvedeným v odst. 1 tohoto článku a v souladu se svými zakládacími dokumenty a právními předpisy.</w:t>
      </w:r>
    </w:p>
    <w:p w14:paraId="6FB6BF75" w14:textId="77777777" w:rsidR="00CA2FB2" w:rsidRPr="00361352" w:rsidRDefault="00000000" w:rsidP="00361352">
      <w:pPr>
        <w:pStyle w:val="Heading1"/>
        <w:jc w:val="center"/>
        <w:rPr>
          <w:rFonts w:ascii="Calibri" w:hAnsi="Calibri" w:cs="Calibri"/>
          <w:color w:val="auto"/>
        </w:rPr>
      </w:pPr>
      <w:r w:rsidRPr="00361352">
        <w:rPr>
          <w:rFonts w:ascii="Calibri" w:hAnsi="Calibri" w:cs="Calibri"/>
          <w:color w:val="auto"/>
        </w:rPr>
        <w:t>IV. Práva a povinnosti smluvních stran</w:t>
      </w:r>
    </w:p>
    <w:p w14:paraId="50DBEB8E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1. </w:t>
      </w:r>
      <w:r w:rsidRPr="00361352">
        <w:rPr>
          <w:rFonts w:ascii="Calibri" w:hAnsi="Calibri" w:cs="Calibri"/>
        </w:rPr>
        <w:t>Dárce prohlašuje, že dar poskytuje dobrovolně, bezplatně a bez očekávání jakéhokoli přímého protiplnění.</w:t>
      </w:r>
    </w:p>
    <w:p w14:paraId="1FE890C3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2. </w:t>
      </w:r>
      <w:r w:rsidRPr="00361352">
        <w:rPr>
          <w:rFonts w:ascii="Calibri" w:hAnsi="Calibri" w:cs="Calibri"/>
        </w:rPr>
        <w:t>Obdarovaný se zavazuje dar přijmout a použít jej v souladu s touto smlouvou.</w:t>
      </w:r>
    </w:p>
    <w:p w14:paraId="38064B14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3. </w:t>
      </w:r>
      <w:r w:rsidRPr="00361352">
        <w:rPr>
          <w:rFonts w:ascii="Calibri" w:hAnsi="Calibri" w:cs="Calibri"/>
        </w:rPr>
        <w:t>Práva a povinnosti smluvních stran, které nejsou touto smlouvou výslovně upraveny, se řídí příslušnými ustanoveními občanského zákoníku, zejména § 2055 a násl.</w:t>
      </w:r>
    </w:p>
    <w:p w14:paraId="647B079E" w14:textId="77777777" w:rsidR="00CA2FB2" w:rsidRPr="00361352" w:rsidRDefault="00000000" w:rsidP="00361352">
      <w:pPr>
        <w:pStyle w:val="Heading1"/>
        <w:jc w:val="center"/>
        <w:rPr>
          <w:rFonts w:ascii="Calibri" w:hAnsi="Calibri" w:cs="Calibri"/>
          <w:color w:val="auto"/>
        </w:rPr>
      </w:pPr>
      <w:r w:rsidRPr="00361352">
        <w:rPr>
          <w:rFonts w:ascii="Calibri" w:hAnsi="Calibri" w:cs="Calibri"/>
          <w:color w:val="auto"/>
        </w:rPr>
        <w:lastRenderedPageBreak/>
        <w:t>V. Závěrečná ustanovení</w:t>
      </w:r>
    </w:p>
    <w:p w14:paraId="5EE031EE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1. </w:t>
      </w:r>
      <w:r w:rsidRPr="00361352">
        <w:rPr>
          <w:rFonts w:ascii="Calibri" w:hAnsi="Calibri" w:cs="Calibri"/>
        </w:rPr>
        <w:t>Tato smlouva představuje úplnou dohodu smluvních stran o poskytnutí daru uvedeného v této smlouvě.</w:t>
      </w:r>
    </w:p>
    <w:p w14:paraId="59E86920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2. </w:t>
      </w:r>
      <w:r w:rsidRPr="00361352">
        <w:rPr>
          <w:rFonts w:ascii="Calibri" w:hAnsi="Calibri" w:cs="Calibri"/>
        </w:rPr>
        <w:t>Tuto smlouvu lze měnit nebo doplňovat pouze písemnými, vzestupně číslovanými dodatky podepsanými oběma smluvními stranami.</w:t>
      </w:r>
    </w:p>
    <w:p w14:paraId="4415DF85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3. </w:t>
      </w:r>
      <w:r w:rsidRPr="00361352">
        <w:rPr>
          <w:rFonts w:ascii="Calibri" w:hAnsi="Calibri" w:cs="Calibri"/>
        </w:rPr>
        <w:t>Smlouva je uzavřena dnem jejího podpisu oběma smluvními stranami. Účinky poskytnutí peněžitého daru nastávají jeho připsáním na účet Obdarovaného.</w:t>
      </w:r>
    </w:p>
    <w:p w14:paraId="162CC491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4. </w:t>
      </w:r>
      <w:r w:rsidRPr="00361352">
        <w:rPr>
          <w:rFonts w:ascii="Calibri" w:hAnsi="Calibri" w:cs="Calibri"/>
        </w:rPr>
        <w:t>Smlouva je vyhotovena ve dvou stejnopisech s platností originálu, z nichž každý z účastníků obdrží po jednom vyhotovení.</w:t>
      </w:r>
    </w:p>
    <w:p w14:paraId="4E7D9A95" w14:textId="77777777" w:rsidR="00CA2FB2" w:rsidRPr="00361352" w:rsidRDefault="00000000">
      <w:pPr>
        <w:rPr>
          <w:rFonts w:ascii="Calibri" w:hAnsi="Calibri" w:cs="Calibri"/>
        </w:rPr>
      </w:pPr>
      <w:r w:rsidRPr="00361352">
        <w:rPr>
          <w:rFonts w:ascii="Calibri" w:hAnsi="Calibri" w:cs="Calibri"/>
          <w:b/>
        </w:rPr>
        <w:t xml:space="preserve">5. </w:t>
      </w:r>
      <w:r w:rsidRPr="00361352">
        <w:rPr>
          <w:rFonts w:ascii="Calibri" w:hAnsi="Calibri" w:cs="Calibri"/>
        </w:rPr>
        <w:t>Smluvní strany prohlašují, že si smlouvu před jejím podpisem přečetly, jejímu obsahu rozumějí, souhlasí s ním a uzavírají ji svobodně, vážně, určitě a srozumitelně, nikoli v tísni ani za nápadně nevýhodných podmínek.</w:t>
      </w:r>
    </w:p>
    <w:p w14:paraId="43A030E7" w14:textId="77777777" w:rsidR="00CA2FB2" w:rsidRPr="00361352" w:rsidRDefault="00CA2FB2">
      <w:pPr>
        <w:rPr>
          <w:rFonts w:ascii="Calibri" w:hAnsi="Calibri" w:cs="Calibri"/>
        </w:rPr>
      </w:pPr>
    </w:p>
    <w:p w14:paraId="7380E189" w14:textId="77777777" w:rsidR="00CA2FB2" w:rsidRPr="00DF3EC8" w:rsidRDefault="00000000">
      <w:pPr>
        <w:rPr>
          <w:rFonts w:ascii="Calibri" w:hAnsi="Calibri" w:cs="Calibri"/>
          <w:bCs/>
        </w:rPr>
      </w:pPr>
      <w:r w:rsidRPr="00DF3EC8">
        <w:rPr>
          <w:rFonts w:ascii="Calibri" w:hAnsi="Calibri" w:cs="Calibri"/>
          <w:bCs/>
        </w:rPr>
        <w:t>V Praze dne: ……………………………………</w:t>
      </w:r>
    </w:p>
    <w:p w14:paraId="325939E2" w14:textId="77777777" w:rsidR="00CA2FB2" w:rsidRPr="00361352" w:rsidRDefault="00CA2FB2">
      <w:pPr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CA2FB2" w:rsidRPr="00361352" w14:paraId="1B312859" w14:textId="7777777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6959" w14:textId="77777777" w:rsidR="00CA2FB2" w:rsidRPr="00361352" w:rsidRDefault="00000000">
            <w:pPr>
              <w:spacing w:after="60"/>
              <w:jc w:val="center"/>
              <w:rPr>
                <w:rFonts w:ascii="Calibri" w:hAnsi="Calibri" w:cs="Calibri"/>
              </w:rPr>
            </w:pPr>
            <w:r w:rsidRPr="00361352">
              <w:rPr>
                <w:rFonts w:ascii="Calibri" w:hAnsi="Calibri" w:cs="Calibri"/>
              </w:rPr>
              <w:t>Za Dárce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316E" w14:textId="77777777" w:rsidR="00CA2FB2" w:rsidRPr="00361352" w:rsidRDefault="00000000">
            <w:pPr>
              <w:spacing w:after="60"/>
              <w:jc w:val="center"/>
              <w:rPr>
                <w:rFonts w:ascii="Calibri" w:hAnsi="Calibri" w:cs="Calibri"/>
              </w:rPr>
            </w:pPr>
            <w:r w:rsidRPr="00361352">
              <w:rPr>
                <w:rFonts w:ascii="Calibri" w:hAnsi="Calibri" w:cs="Calibri"/>
              </w:rPr>
              <w:t>Za Obdarovaného</w:t>
            </w:r>
          </w:p>
        </w:tc>
      </w:tr>
      <w:tr w:rsidR="00CA2FB2" w:rsidRPr="00361352" w14:paraId="0059409D" w14:textId="7777777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9A93" w14:textId="77777777" w:rsidR="00CA2FB2" w:rsidRPr="00361352" w:rsidRDefault="00CA2FB2">
            <w:pPr>
              <w:spacing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D4BD" w14:textId="77777777" w:rsidR="00CA2FB2" w:rsidRPr="00361352" w:rsidRDefault="00CA2FB2">
            <w:pPr>
              <w:spacing w:after="60"/>
              <w:jc w:val="center"/>
              <w:rPr>
                <w:rFonts w:ascii="Calibri" w:hAnsi="Calibri" w:cs="Calibri"/>
              </w:rPr>
            </w:pPr>
          </w:p>
        </w:tc>
      </w:tr>
      <w:tr w:rsidR="00CA2FB2" w:rsidRPr="00361352" w14:paraId="44669815" w14:textId="7777777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0745D" w14:textId="77777777" w:rsidR="00CA2FB2" w:rsidRPr="00361352" w:rsidRDefault="00000000">
            <w:pPr>
              <w:spacing w:after="60"/>
              <w:jc w:val="center"/>
              <w:rPr>
                <w:rFonts w:ascii="Calibri" w:hAnsi="Calibri" w:cs="Calibri"/>
              </w:rPr>
            </w:pPr>
            <w:r w:rsidRPr="00361352">
              <w:rPr>
                <w:rFonts w:ascii="Calibri" w:hAnsi="Calibri" w:cs="Calibri"/>
              </w:rPr>
              <w:t>Jméno: …………………………………………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D0FDE" w14:textId="77777777" w:rsidR="00CA2FB2" w:rsidRPr="00361352" w:rsidRDefault="00000000">
            <w:pPr>
              <w:spacing w:after="60"/>
              <w:jc w:val="center"/>
              <w:rPr>
                <w:rFonts w:ascii="Calibri" w:hAnsi="Calibri" w:cs="Calibri"/>
              </w:rPr>
            </w:pPr>
            <w:r w:rsidRPr="00361352">
              <w:rPr>
                <w:rFonts w:ascii="Calibri" w:hAnsi="Calibri" w:cs="Calibri"/>
              </w:rPr>
              <w:t>Nikola Taragoš</w:t>
            </w:r>
          </w:p>
        </w:tc>
      </w:tr>
      <w:tr w:rsidR="00CA2FB2" w:rsidRPr="00361352" w14:paraId="361A4CE3" w14:textId="7777777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2EB4" w14:textId="77777777" w:rsidR="00CA2FB2" w:rsidRPr="00361352" w:rsidRDefault="00CA2FB2">
            <w:pPr>
              <w:spacing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D7766" w14:textId="7A9B27E5" w:rsidR="00CA2FB2" w:rsidRPr="00361352" w:rsidRDefault="008D167E">
            <w:pPr>
              <w:spacing w:after="60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Ředitel</w:t>
            </w:r>
            <w:proofErr w:type="spellEnd"/>
          </w:p>
        </w:tc>
      </w:tr>
      <w:tr w:rsidR="00CA2FB2" w:rsidRPr="00361352" w14:paraId="311FDB0C" w14:textId="77777777">
        <w:trPr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46939" w14:textId="77777777" w:rsidR="00CA2FB2" w:rsidRPr="00361352" w:rsidRDefault="00000000">
            <w:pPr>
              <w:spacing w:after="60"/>
              <w:jc w:val="center"/>
              <w:rPr>
                <w:rFonts w:ascii="Calibri" w:hAnsi="Calibri" w:cs="Calibri"/>
              </w:rPr>
            </w:pPr>
            <w:r w:rsidRPr="00361352">
              <w:rPr>
                <w:rFonts w:ascii="Calibri" w:hAnsi="Calibri" w:cs="Calibri"/>
              </w:rPr>
              <w:t>Podpis: …………………………………………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5717F" w14:textId="77777777" w:rsidR="00CA2FB2" w:rsidRPr="00361352" w:rsidRDefault="00000000">
            <w:pPr>
              <w:spacing w:after="60"/>
              <w:jc w:val="center"/>
              <w:rPr>
                <w:rFonts w:ascii="Calibri" w:hAnsi="Calibri" w:cs="Calibri"/>
              </w:rPr>
            </w:pPr>
            <w:r w:rsidRPr="00361352">
              <w:rPr>
                <w:rFonts w:ascii="Calibri" w:hAnsi="Calibri" w:cs="Calibri"/>
              </w:rPr>
              <w:t>Podpis: …………………………………………</w:t>
            </w:r>
          </w:p>
        </w:tc>
      </w:tr>
    </w:tbl>
    <w:p w14:paraId="2E2320E5" w14:textId="77777777" w:rsidR="00CA2FB2" w:rsidRPr="00361352" w:rsidRDefault="00CA2FB2">
      <w:pPr>
        <w:rPr>
          <w:rFonts w:ascii="Calibri" w:hAnsi="Calibri" w:cs="Calibri"/>
        </w:rPr>
      </w:pPr>
    </w:p>
    <w:sectPr w:rsidR="00CA2FB2" w:rsidRPr="00361352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0485017">
    <w:abstractNumId w:val="8"/>
  </w:num>
  <w:num w:numId="2" w16cid:durableId="1561407839">
    <w:abstractNumId w:val="6"/>
  </w:num>
  <w:num w:numId="3" w16cid:durableId="1606186373">
    <w:abstractNumId w:val="5"/>
  </w:num>
  <w:num w:numId="4" w16cid:durableId="1152410547">
    <w:abstractNumId w:val="4"/>
  </w:num>
  <w:num w:numId="5" w16cid:durableId="916980038">
    <w:abstractNumId w:val="7"/>
  </w:num>
  <w:num w:numId="6" w16cid:durableId="711342875">
    <w:abstractNumId w:val="3"/>
  </w:num>
  <w:num w:numId="7" w16cid:durableId="1600990063">
    <w:abstractNumId w:val="2"/>
  </w:num>
  <w:num w:numId="8" w16cid:durableId="1514341521">
    <w:abstractNumId w:val="1"/>
  </w:num>
  <w:num w:numId="9" w16cid:durableId="127640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1352"/>
    <w:rsid w:val="003F38E7"/>
    <w:rsid w:val="0060734D"/>
    <w:rsid w:val="008D167E"/>
    <w:rsid w:val="00AA1D8D"/>
    <w:rsid w:val="00B47730"/>
    <w:rsid w:val="00CA2FB2"/>
    <w:rsid w:val="00CB0664"/>
    <w:rsid w:val="00DF3E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EE11C"/>
  <w14:defaultImageDpi w14:val="300"/>
  <w15:docId w15:val="{00F586F6-AB3F-4136-9243-874079DD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Potapova</cp:lastModifiedBy>
  <cp:revision>2</cp:revision>
  <dcterms:created xsi:type="dcterms:W3CDTF">2026-08-17T11:02:00Z</dcterms:created>
  <dcterms:modified xsi:type="dcterms:W3CDTF">2026-08-17T11:02:00Z</dcterms:modified>
  <cp:category/>
</cp:coreProperties>
</file>